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CF55" w14:textId="77777777" w:rsidR="007D7314" w:rsidRDefault="00000000">
      <w:pPr>
        <w:spacing w:after="20"/>
        <w:jc w:val="center"/>
      </w:pPr>
      <w:r>
        <w:rPr>
          <w:b/>
          <w:sz w:val="28"/>
        </w:rPr>
        <w:t>POWERFUL ELECTRIC OF LONG ISLAND, INC.</w:t>
      </w:r>
    </w:p>
    <w:p w14:paraId="566F9604" w14:textId="77777777" w:rsidR="007D7314" w:rsidRDefault="00000000">
      <w:pPr>
        <w:spacing w:after="120"/>
        <w:jc w:val="center"/>
      </w:pPr>
      <w:r>
        <w:rPr>
          <w:b/>
          <w:sz w:val="22"/>
        </w:rPr>
        <w:t>APPLICATION FOR EMPLOYMENT</w:t>
      </w:r>
    </w:p>
    <w:p w14:paraId="11DB02C1" w14:textId="77777777" w:rsidR="007D7314" w:rsidRDefault="00000000">
      <w:pPr>
        <w:spacing w:after="100"/>
      </w:pPr>
      <w:r>
        <w:rPr>
          <w:sz w:val="17"/>
        </w:rPr>
        <w:t>Powerful Electric of Long Island, Inc. is an equal opportunity employer and does not discriminate on any basis prohibited by applicable federal, New York State, or local law.</w:t>
      </w:r>
    </w:p>
    <w:p w14:paraId="1A055DCA" w14:textId="77777777" w:rsidR="007D7314" w:rsidRDefault="00000000">
      <w:pPr>
        <w:spacing w:before="100" w:after="80"/>
      </w:pPr>
      <w:r>
        <w:rPr>
          <w:b/>
          <w:sz w:val="21"/>
        </w:rPr>
        <w:t>PERSONAL INFORMATION</w:t>
      </w:r>
    </w:p>
    <w:p w14:paraId="5AEBC049" w14:textId="77777777" w:rsidR="007D7314" w:rsidRDefault="00000000">
      <w:pPr>
        <w:spacing w:line="240" w:lineRule="auto"/>
      </w:pPr>
      <w:r>
        <w:t>Please complete all applicable fields.</w:t>
      </w:r>
    </w:p>
    <w:p w14:paraId="213C8950" w14:textId="77777777" w:rsidR="007D7314" w:rsidRDefault="00000000">
      <w:pPr>
        <w:spacing w:line="240" w:lineRule="auto"/>
      </w:pPr>
      <w:r>
        <w:t>Name ________________________________________________    Date ____________________</w:t>
      </w:r>
    </w:p>
    <w:p w14:paraId="2A6C7EE8" w14:textId="77777777" w:rsidR="007D7314" w:rsidRDefault="00000000">
      <w:pPr>
        <w:spacing w:line="240" w:lineRule="auto"/>
      </w:pPr>
      <w:r>
        <w:t>Address __________________________________________________________________________</w:t>
      </w:r>
    </w:p>
    <w:p w14:paraId="1F4D50A4" w14:textId="77777777" w:rsidR="007D7314" w:rsidRDefault="00000000">
      <w:pPr>
        <w:spacing w:line="240" w:lineRule="auto"/>
      </w:pPr>
      <w:r>
        <w:t>E-mail Address _____________________________________________________________________</w:t>
      </w:r>
    </w:p>
    <w:p w14:paraId="1D470F63" w14:textId="77777777" w:rsidR="00075BF9" w:rsidRDefault="00075BF9" w:rsidP="00075BF9">
      <w:pPr>
        <w:spacing w:line="240" w:lineRule="auto"/>
      </w:pPr>
      <w:r>
        <w:t>Primary Phone #</w:t>
      </w:r>
      <w:r w:rsidR="00000000">
        <w:t xml:space="preserve"> __________________________    </w:t>
      </w:r>
      <w:r>
        <w:t xml:space="preserve">Can we text you? </w:t>
      </w:r>
      <w:r w:rsidR="00000000">
        <w:t xml:space="preserve"> </w:t>
      </w:r>
      <w:r>
        <w:t>Yes [ ]   No [ ]</w:t>
      </w:r>
    </w:p>
    <w:p w14:paraId="5B2080A4" w14:textId="758203A6" w:rsidR="007D7314" w:rsidRDefault="00000000">
      <w:pPr>
        <w:spacing w:line="240" w:lineRule="auto"/>
      </w:pPr>
      <w:r>
        <w:t xml:space="preserve">Are you legally authorized to work in the United States?  </w:t>
      </w:r>
    </w:p>
    <w:p w14:paraId="08F3F391" w14:textId="77777777" w:rsidR="007D7314" w:rsidRDefault="00000000">
      <w:pPr>
        <w:spacing w:line="240" w:lineRule="auto"/>
      </w:pPr>
      <w:r>
        <w:t>Are you at least 18 years of age?  Yes [ ]   No [ ]</w:t>
      </w:r>
    </w:p>
    <w:p w14:paraId="11D3A8F1" w14:textId="77777777" w:rsidR="007D7314" w:rsidRDefault="00000000">
      <w:pPr>
        <w:spacing w:after="60" w:line="240" w:lineRule="auto"/>
      </w:pPr>
      <w:r>
        <w:t>If no, employment is subject to New York State child-labor restrictions and working-paper requirements.</w:t>
      </w:r>
    </w:p>
    <w:p w14:paraId="0004DFED" w14:textId="77777777" w:rsidR="007D7314" w:rsidRDefault="00000000">
      <w:pPr>
        <w:spacing w:line="240" w:lineRule="auto"/>
      </w:pPr>
      <w:r>
        <w:t>Have you ever been terminated from employment or asked to resign in lieu of termination?  Yes [ ]   No [ ]</w:t>
      </w:r>
    </w:p>
    <w:p w14:paraId="560F2751" w14:textId="77777777" w:rsidR="007D7314" w:rsidRDefault="00000000">
      <w:pPr>
        <w:spacing w:line="240" w:lineRule="auto"/>
      </w:pPr>
      <w:r>
        <w:t>If yes, please briefly explain: ___________________________________________________________</w:t>
      </w:r>
    </w:p>
    <w:p w14:paraId="1E642C51" w14:textId="77777777" w:rsidR="007D7314" w:rsidRDefault="00000000">
      <w:pPr>
        <w:spacing w:line="240" w:lineRule="auto"/>
      </w:pPr>
      <w:r>
        <w:t>Can you work any shift?  Yes [ ]   No [ ]</w:t>
      </w:r>
    </w:p>
    <w:p w14:paraId="0404D142" w14:textId="77777777" w:rsidR="007D7314" w:rsidRDefault="00000000">
      <w:pPr>
        <w:spacing w:line="240" w:lineRule="auto"/>
      </w:pPr>
      <w:r>
        <w:t>If no, explain: ________________________________________________________________________</w:t>
      </w:r>
    </w:p>
    <w:p w14:paraId="47DC7C6F" w14:textId="77777777" w:rsidR="007D7314" w:rsidRDefault="00000000">
      <w:pPr>
        <w:spacing w:line="240" w:lineRule="auto"/>
      </w:pPr>
      <w:r>
        <w:t>Can you work overtime, including weekends?  Yes [ ]   No [ ]</w:t>
      </w:r>
    </w:p>
    <w:p w14:paraId="709E95A6" w14:textId="77777777" w:rsidR="007D7314" w:rsidRDefault="00000000">
      <w:pPr>
        <w:spacing w:line="240" w:lineRule="auto"/>
      </w:pPr>
      <w:r>
        <w:t>Are you able to perform the essential functions of the position for which you are applying, including applicable physical requirements such as lifting up to 50 lbs., climbing ladders and working in typical construction environments?  Yes [ ]   No [ ]</w:t>
      </w:r>
    </w:p>
    <w:p w14:paraId="0EDFEDA8" w14:textId="77777777" w:rsidR="007D7314" w:rsidRDefault="00000000">
      <w:pPr>
        <w:spacing w:line="240" w:lineRule="auto"/>
      </w:pPr>
      <w:r>
        <w:t>Our jobs are located across Suffolk County, NY. Are you able to reliably commute to areas throughout the county on a daily basis?  Yes [ ]   No [ ]</w:t>
      </w:r>
    </w:p>
    <w:p w14:paraId="3FACEC52" w14:textId="77777777" w:rsidR="007D7314" w:rsidRDefault="00000000">
      <w:pPr>
        <w:spacing w:line="240" w:lineRule="auto"/>
      </w:pPr>
      <w:r>
        <w:t>Do you have a valid driver's license?  Yes [ ]   No [ ]</w:t>
      </w:r>
    </w:p>
    <w:p w14:paraId="67F2D8A8" w14:textId="77777777" w:rsidR="007D7314" w:rsidRDefault="00000000">
      <w:pPr>
        <w:spacing w:line="240" w:lineRule="auto"/>
      </w:pPr>
      <w:r>
        <w:t>If driving a company vehicle is required for the position, are you able to meet the company's driving requirements?  Yes [ ]   No [ ]</w:t>
      </w:r>
    </w:p>
    <w:p w14:paraId="6A6EA12F" w14:textId="77777777" w:rsidR="007D7314" w:rsidRDefault="00000000">
      <w:pPr>
        <w:spacing w:before="100" w:after="80"/>
      </w:pPr>
      <w:r>
        <w:rPr>
          <w:b/>
          <w:sz w:val="21"/>
        </w:rPr>
        <w:t>EMPLOYMENT DESIRED</w:t>
      </w:r>
    </w:p>
    <w:p w14:paraId="312A8774" w14:textId="77777777" w:rsidR="007D7314" w:rsidRDefault="00000000">
      <w:pPr>
        <w:spacing w:line="240" w:lineRule="auto"/>
      </w:pPr>
      <w:r>
        <w:t>Position desired _________________________________________    Date you can start __________________</w:t>
      </w:r>
    </w:p>
    <w:p w14:paraId="479B3EE3" w14:textId="77777777" w:rsidR="007D7314" w:rsidRDefault="00000000">
      <w:pPr>
        <w:spacing w:line="240" w:lineRule="auto"/>
      </w:pPr>
      <w:r>
        <w:t>Hourly rate / Salary desired ______________________________</w:t>
      </w:r>
    </w:p>
    <w:p w14:paraId="29C86AD3" w14:textId="77777777" w:rsidR="007D7314" w:rsidRDefault="00000000">
      <w:pPr>
        <w:spacing w:line="240" w:lineRule="auto"/>
      </w:pPr>
      <w:r>
        <w:t>Are you currently employed?  Yes [ ]   No [ ]</w:t>
      </w:r>
    </w:p>
    <w:p w14:paraId="08B6EAC3" w14:textId="77777777" w:rsidR="007D7314" w:rsidRDefault="00000000">
      <w:pPr>
        <w:spacing w:line="240" w:lineRule="auto"/>
      </w:pPr>
      <w:r>
        <w:t>May we contact your present employer?  Yes [ ]   No [ ]</w:t>
      </w:r>
    </w:p>
    <w:p w14:paraId="6C58E09A" w14:textId="77777777" w:rsidR="007D7314" w:rsidRDefault="00000000">
      <w:pPr>
        <w:spacing w:before="100" w:after="80"/>
      </w:pPr>
      <w:r>
        <w:rPr>
          <w:b/>
          <w:sz w:val="21"/>
        </w:rPr>
        <w:t>REFERRAL SOURCE</w:t>
      </w:r>
    </w:p>
    <w:p w14:paraId="28AD62C4" w14:textId="77777777" w:rsidR="007D7314" w:rsidRDefault="00000000">
      <w:pPr>
        <w:spacing w:line="240" w:lineRule="auto"/>
      </w:pPr>
      <w:r>
        <w:t>How did you hear about us?   Walk In [ ]   Advertisement [ ]   Referral [ ]   Other [ ]</w:t>
      </w:r>
    </w:p>
    <w:p w14:paraId="1EB2C58F" w14:textId="77777777" w:rsidR="007D7314" w:rsidRDefault="00000000">
      <w:pPr>
        <w:spacing w:line="240" w:lineRule="auto"/>
      </w:pPr>
      <w:r>
        <w:t>Have you ever worked for this company before?  Yes [ ]   No [ ]</w:t>
      </w:r>
    </w:p>
    <w:p w14:paraId="4B51B5F2" w14:textId="77777777" w:rsidR="007D7314" w:rsidRDefault="00000000">
      <w:pPr>
        <w:spacing w:line="240" w:lineRule="auto"/>
      </w:pPr>
      <w:r>
        <w:t>Do you know anyone who works for our company?  Yes [ ]   No [ ]</w:t>
      </w:r>
    </w:p>
    <w:p w14:paraId="18BDEB32" w14:textId="77777777" w:rsidR="007D7314" w:rsidRDefault="00000000">
      <w:pPr>
        <w:spacing w:line="240" w:lineRule="auto"/>
      </w:pPr>
      <w:r>
        <w:t>If yes, who? __________________________________________________________________________</w:t>
      </w:r>
    </w:p>
    <w:p w14:paraId="48F48E51" w14:textId="77777777" w:rsidR="007D7314" w:rsidRDefault="007D7314">
      <w:pPr>
        <w:pageBreakBefore/>
      </w:pPr>
    </w:p>
    <w:p w14:paraId="69049942" w14:textId="77777777" w:rsidR="007D7314" w:rsidRDefault="00000000">
      <w:pPr>
        <w:spacing w:before="100" w:after="80"/>
      </w:pPr>
      <w:r>
        <w:rPr>
          <w:b/>
          <w:sz w:val="21"/>
        </w:rPr>
        <w:t>EDUCATION / TRAINING</w:t>
      </w:r>
    </w:p>
    <w:p w14:paraId="70785F07" w14:textId="77777777" w:rsidR="007D7314" w:rsidRDefault="00000000">
      <w:pPr>
        <w:spacing w:line="240" w:lineRule="auto"/>
      </w:pPr>
      <w:r>
        <w:t>Please include education, trade school, apprenticeship, certifications, licenses or other training relevant to the position.</w:t>
      </w:r>
    </w:p>
    <w:tbl>
      <w:tblPr>
        <w:tblStyle w:val="TableGrid"/>
        <w:tblW w:w="0" w:type="auto"/>
        <w:jc w:val="center"/>
        <w:tblLayout w:type="fixed"/>
        <w:tblLook w:val="04A0" w:firstRow="1" w:lastRow="0" w:firstColumn="1" w:lastColumn="0" w:noHBand="0" w:noVBand="1"/>
      </w:tblPr>
      <w:tblGrid>
        <w:gridCol w:w="3384"/>
        <w:gridCol w:w="2376"/>
        <w:gridCol w:w="2664"/>
        <w:gridCol w:w="2376"/>
      </w:tblGrid>
      <w:tr w:rsidR="007D7314" w14:paraId="51090672" w14:textId="77777777">
        <w:trPr>
          <w:jc w:val="center"/>
        </w:trPr>
        <w:tc>
          <w:tcPr>
            <w:tcW w:w="3384" w:type="dxa"/>
            <w:shd w:val="clear" w:color="auto" w:fill="EDEDED"/>
            <w:tcMar>
              <w:top w:w="70" w:type="dxa"/>
              <w:left w:w="80" w:type="dxa"/>
              <w:bottom w:w="70" w:type="dxa"/>
              <w:right w:w="80" w:type="dxa"/>
            </w:tcMar>
            <w:vAlign w:val="center"/>
          </w:tcPr>
          <w:p w14:paraId="54E27884" w14:textId="77777777" w:rsidR="007D7314" w:rsidRDefault="00000000">
            <w:pPr>
              <w:spacing w:after="0"/>
            </w:pPr>
            <w:r>
              <w:rPr>
                <w:b/>
                <w:sz w:val="16"/>
              </w:rPr>
              <w:t>School / Program / Organization</w:t>
            </w:r>
          </w:p>
        </w:tc>
        <w:tc>
          <w:tcPr>
            <w:tcW w:w="2376" w:type="dxa"/>
            <w:shd w:val="clear" w:color="auto" w:fill="EDEDED"/>
            <w:tcMar>
              <w:top w:w="70" w:type="dxa"/>
              <w:left w:w="80" w:type="dxa"/>
              <w:bottom w:w="70" w:type="dxa"/>
              <w:right w:w="80" w:type="dxa"/>
            </w:tcMar>
            <w:vAlign w:val="center"/>
          </w:tcPr>
          <w:p w14:paraId="0F364C3A" w14:textId="77777777" w:rsidR="007D7314" w:rsidRDefault="00000000">
            <w:pPr>
              <w:spacing w:after="0"/>
            </w:pPr>
            <w:r>
              <w:rPr>
                <w:b/>
                <w:sz w:val="16"/>
              </w:rPr>
              <w:t>Location</w:t>
            </w:r>
          </w:p>
        </w:tc>
        <w:tc>
          <w:tcPr>
            <w:tcW w:w="2664" w:type="dxa"/>
            <w:shd w:val="clear" w:color="auto" w:fill="EDEDED"/>
            <w:tcMar>
              <w:top w:w="70" w:type="dxa"/>
              <w:left w:w="80" w:type="dxa"/>
              <w:bottom w:w="70" w:type="dxa"/>
              <w:right w:w="80" w:type="dxa"/>
            </w:tcMar>
            <w:vAlign w:val="center"/>
          </w:tcPr>
          <w:p w14:paraId="3117129B" w14:textId="77777777" w:rsidR="007D7314" w:rsidRDefault="00000000">
            <w:pPr>
              <w:spacing w:after="0"/>
            </w:pPr>
            <w:r>
              <w:rPr>
                <w:b/>
                <w:sz w:val="16"/>
              </w:rPr>
              <w:t>Degree / Credential</w:t>
            </w:r>
          </w:p>
        </w:tc>
        <w:tc>
          <w:tcPr>
            <w:tcW w:w="2376" w:type="dxa"/>
            <w:shd w:val="clear" w:color="auto" w:fill="EDEDED"/>
            <w:tcMar>
              <w:top w:w="70" w:type="dxa"/>
              <w:left w:w="80" w:type="dxa"/>
              <w:bottom w:w="70" w:type="dxa"/>
              <w:right w:w="80" w:type="dxa"/>
            </w:tcMar>
            <w:vAlign w:val="center"/>
          </w:tcPr>
          <w:p w14:paraId="5D318D5D" w14:textId="77777777" w:rsidR="007D7314" w:rsidRDefault="00000000">
            <w:pPr>
              <w:spacing w:after="0"/>
            </w:pPr>
            <w:r>
              <w:rPr>
                <w:b/>
                <w:sz w:val="16"/>
              </w:rPr>
              <w:t>Area of Study / Training</w:t>
            </w:r>
          </w:p>
        </w:tc>
      </w:tr>
      <w:tr w:rsidR="007D7314" w14:paraId="55C0375B" w14:textId="77777777">
        <w:trPr>
          <w:jc w:val="center"/>
        </w:trPr>
        <w:tc>
          <w:tcPr>
            <w:tcW w:w="3384" w:type="dxa"/>
            <w:tcMar>
              <w:top w:w="140" w:type="dxa"/>
              <w:left w:w="80" w:type="dxa"/>
              <w:bottom w:w="140" w:type="dxa"/>
              <w:right w:w="80" w:type="dxa"/>
            </w:tcMar>
            <w:vAlign w:val="center"/>
          </w:tcPr>
          <w:p w14:paraId="62491F33" w14:textId="77777777" w:rsidR="007D7314" w:rsidRDefault="007D7314">
            <w:pPr>
              <w:spacing w:after="0"/>
            </w:pPr>
          </w:p>
        </w:tc>
        <w:tc>
          <w:tcPr>
            <w:tcW w:w="2376" w:type="dxa"/>
            <w:tcMar>
              <w:top w:w="140" w:type="dxa"/>
              <w:left w:w="80" w:type="dxa"/>
              <w:bottom w:w="140" w:type="dxa"/>
              <w:right w:w="80" w:type="dxa"/>
            </w:tcMar>
            <w:vAlign w:val="center"/>
          </w:tcPr>
          <w:p w14:paraId="2A3ED4ED" w14:textId="77777777" w:rsidR="007D7314" w:rsidRDefault="007D7314">
            <w:pPr>
              <w:spacing w:after="0"/>
            </w:pPr>
          </w:p>
        </w:tc>
        <w:tc>
          <w:tcPr>
            <w:tcW w:w="2664" w:type="dxa"/>
            <w:tcMar>
              <w:top w:w="140" w:type="dxa"/>
              <w:left w:w="80" w:type="dxa"/>
              <w:bottom w:w="140" w:type="dxa"/>
              <w:right w:w="80" w:type="dxa"/>
            </w:tcMar>
            <w:vAlign w:val="center"/>
          </w:tcPr>
          <w:p w14:paraId="477B4311" w14:textId="77777777" w:rsidR="007D7314" w:rsidRDefault="007D7314">
            <w:pPr>
              <w:spacing w:after="0"/>
            </w:pPr>
          </w:p>
        </w:tc>
        <w:tc>
          <w:tcPr>
            <w:tcW w:w="2376" w:type="dxa"/>
            <w:tcMar>
              <w:top w:w="140" w:type="dxa"/>
              <w:left w:w="80" w:type="dxa"/>
              <w:bottom w:w="140" w:type="dxa"/>
              <w:right w:w="80" w:type="dxa"/>
            </w:tcMar>
            <w:vAlign w:val="center"/>
          </w:tcPr>
          <w:p w14:paraId="5EC8BB24" w14:textId="77777777" w:rsidR="007D7314" w:rsidRDefault="007D7314">
            <w:pPr>
              <w:spacing w:after="0"/>
            </w:pPr>
          </w:p>
        </w:tc>
      </w:tr>
      <w:tr w:rsidR="007D7314" w14:paraId="650DF9C6" w14:textId="77777777">
        <w:trPr>
          <w:jc w:val="center"/>
        </w:trPr>
        <w:tc>
          <w:tcPr>
            <w:tcW w:w="3384" w:type="dxa"/>
            <w:tcMar>
              <w:top w:w="140" w:type="dxa"/>
              <w:left w:w="80" w:type="dxa"/>
              <w:bottom w:w="140" w:type="dxa"/>
              <w:right w:w="80" w:type="dxa"/>
            </w:tcMar>
            <w:vAlign w:val="center"/>
          </w:tcPr>
          <w:p w14:paraId="4A1891BF" w14:textId="77777777" w:rsidR="007D7314" w:rsidRDefault="007D7314">
            <w:pPr>
              <w:spacing w:after="0"/>
            </w:pPr>
          </w:p>
        </w:tc>
        <w:tc>
          <w:tcPr>
            <w:tcW w:w="2376" w:type="dxa"/>
            <w:tcMar>
              <w:top w:w="140" w:type="dxa"/>
              <w:left w:w="80" w:type="dxa"/>
              <w:bottom w:w="140" w:type="dxa"/>
              <w:right w:w="80" w:type="dxa"/>
            </w:tcMar>
            <w:vAlign w:val="center"/>
          </w:tcPr>
          <w:p w14:paraId="2B9C379C" w14:textId="77777777" w:rsidR="007D7314" w:rsidRDefault="007D7314">
            <w:pPr>
              <w:spacing w:after="0"/>
            </w:pPr>
          </w:p>
        </w:tc>
        <w:tc>
          <w:tcPr>
            <w:tcW w:w="2664" w:type="dxa"/>
            <w:tcMar>
              <w:top w:w="140" w:type="dxa"/>
              <w:left w:w="80" w:type="dxa"/>
              <w:bottom w:w="140" w:type="dxa"/>
              <w:right w:w="80" w:type="dxa"/>
            </w:tcMar>
            <w:vAlign w:val="center"/>
          </w:tcPr>
          <w:p w14:paraId="230E32BE" w14:textId="77777777" w:rsidR="007D7314" w:rsidRDefault="007D7314">
            <w:pPr>
              <w:spacing w:after="0"/>
            </w:pPr>
          </w:p>
        </w:tc>
        <w:tc>
          <w:tcPr>
            <w:tcW w:w="2376" w:type="dxa"/>
            <w:tcMar>
              <w:top w:w="140" w:type="dxa"/>
              <w:left w:w="80" w:type="dxa"/>
              <w:bottom w:w="140" w:type="dxa"/>
              <w:right w:w="80" w:type="dxa"/>
            </w:tcMar>
            <w:vAlign w:val="center"/>
          </w:tcPr>
          <w:p w14:paraId="72BD590B" w14:textId="77777777" w:rsidR="007D7314" w:rsidRDefault="007D7314">
            <w:pPr>
              <w:spacing w:after="0"/>
            </w:pPr>
          </w:p>
        </w:tc>
      </w:tr>
      <w:tr w:rsidR="007D7314" w14:paraId="7FD9FFFE" w14:textId="77777777">
        <w:trPr>
          <w:jc w:val="center"/>
        </w:trPr>
        <w:tc>
          <w:tcPr>
            <w:tcW w:w="3384" w:type="dxa"/>
            <w:tcMar>
              <w:top w:w="140" w:type="dxa"/>
              <w:left w:w="80" w:type="dxa"/>
              <w:bottom w:w="140" w:type="dxa"/>
              <w:right w:w="80" w:type="dxa"/>
            </w:tcMar>
            <w:vAlign w:val="center"/>
          </w:tcPr>
          <w:p w14:paraId="643407A8" w14:textId="77777777" w:rsidR="007D7314" w:rsidRDefault="007D7314">
            <w:pPr>
              <w:spacing w:after="0"/>
            </w:pPr>
          </w:p>
        </w:tc>
        <w:tc>
          <w:tcPr>
            <w:tcW w:w="2376" w:type="dxa"/>
            <w:tcMar>
              <w:top w:w="140" w:type="dxa"/>
              <w:left w:w="80" w:type="dxa"/>
              <w:bottom w:w="140" w:type="dxa"/>
              <w:right w:w="80" w:type="dxa"/>
            </w:tcMar>
            <w:vAlign w:val="center"/>
          </w:tcPr>
          <w:p w14:paraId="3B1692FF" w14:textId="77777777" w:rsidR="007D7314" w:rsidRDefault="007D7314">
            <w:pPr>
              <w:spacing w:after="0"/>
            </w:pPr>
          </w:p>
        </w:tc>
        <w:tc>
          <w:tcPr>
            <w:tcW w:w="2664" w:type="dxa"/>
            <w:tcMar>
              <w:top w:w="140" w:type="dxa"/>
              <w:left w:w="80" w:type="dxa"/>
              <w:bottom w:w="140" w:type="dxa"/>
              <w:right w:w="80" w:type="dxa"/>
            </w:tcMar>
            <w:vAlign w:val="center"/>
          </w:tcPr>
          <w:p w14:paraId="6C1207BE" w14:textId="77777777" w:rsidR="007D7314" w:rsidRDefault="007D7314">
            <w:pPr>
              <w:spacing w:after="0"/>
            </w:pPr>
          </w:p>
        </w:tc>
        <w:tc>
          <w:tcPr>
            <w:tcW w:w="2376" w:type="dxa"/>
            <w:tcMar>
              <w:top w:w="140" w:type="dxa"/>
              <w:left w:w="80" w:type="dxa"/>
              <w:bottom w:w="140" w:type="dxa"/>
              <w:right w:w="80" w:type="dxa"/>
            </w:tcMar>
            <w:vAlign w:val="center"/>
          </w:tcPr>
          <w:p w14:paraId="0ABFEC54" w14:textId="77777777" w:rsidR="007D7314" w:rsidRDefault="007D7314">
            <w:pPr>
              <w:spacing w:after="0"/>
            </w:pPr>
          </w:p>
        </w:tc>
      </w:tr>
    </w:tbl>
    <w:p w14:paraId="693EBD4A" w14:textId="77777777" w:rsidR="007D7314" w:rsidRDefault="00000000">
      <w:pPr>
        <w:spacing w:before="100" w:after="80"/>
      </w:pPr>
      <w:r>
        <w:rPr>
          <w:b/>
          <w:sz w:val="21"/>
        </w:rPr>
        <w:t>EMPLOYMENT HISTORY</w:t>
      </w:r>
    </w:p>
    <w:p w14:paraId="26F0B034" w14:textId="77777777" w:rsidR="007D7314" w:rsidRDefault="00000000">
      <w:pPr>
        <w:spacing w:line="240" w:lineRule="auto"/>
      </w:pPr>
      <w:r>
        <w:t>Include your last seven (7) years of employment history, starting with the most recent and working backwards in time.</w:t>
      </w:r>
    </w:p>
    <w:p w14:paraId="7AA47914" w14:textId="77777777" w:rsidR="007D7314" w:rsidRDefault="00000000">
      <w:pPr>
        <w:spacing w:after="20" w:line="240" w:lineRule="auto"/>
      </w:pPr>
      <w:r>
        <w:t>Employer 1</w:t>
      </w:r>
    </w:p>
    <w:tbl>
      <w:tblPr>
        <w:tblStyle w:val="TableGrid"/>
        <w:tblW w:w="0" w:type="auto"/>
        <w:jc w:val="center"/>
        <w:tblLayout w:type="fixed"/>
        <w:tblLook w:val="04A0" w:firstRow="1" w:lastRow="0" w:firstColumn="1" w:lastColumn="0" w:noHBand="0" w:noVBand="1"/>
      </w:tblPr>
      <w:tblGrid>
        <w:gridCol w:w="5400"/>
        <w:gridCol w:w="5400"/>
      </w:tblGrid>
      <w:tr w:rsidR="007D7314" w14:paraId="68BA804D" w14:textId="77777777">
        <w:trPr>
          <w:jc w:val="center"/>
        </w:trPr>
        <w:tc>
          <w:tcPr>
            <w:tcW w:w="5400" w:type="dxa"/>
            <w:tcMar>
              <w:top w:w="70" w:type="dxa"/>
              <w:left w:w="80" w:type="dxa"/>
              <w:bottom w:w="70" w:type="dxa"/>
              <w:right w:w="80" w:type="dxa"/>
            </w:tcMar>
            <w:vAlign w:val="center"/>
          </w:tcPr>
          <w:p w14:paraId="12C5EB54" w14:textId="77777777" w:rsidR="007D7314" w:rsidRDefault="00000000">
            <w:pPr>
              <w:spacing w:after="0"/>
            </w:pPr>
            <w:r>
              <w:rPr>
                <w:sz w:val="16"/>
              </w:rPr>
              <w:t>From / To</w:t>
            </w:r>
          </w:p>
        </w:tc>
        <w:tc>
          <w:tcPr>
            <w:tcW w:w="5400" w:type="dxa"/>
            <w:tcMar>
              <w:top w:w="70" w:type="dxa"/>
              <w:left w:w="80" w:type="dxa"/>
              <w:bottom w:w="70" w:type="dxa"/>
              <w:right w:w="80" w:type="dxa"/>
            </w:tcMar>
            <w:vAlign w:val="center"/>
          </w:tcPr>
          <w:p w14:paraId="4DE1C11E" w14:textId="77777777" w:rsidR="007D7314" w:rsidRDefault="00000000">
            <w:pPr>
              <w:spacing w:after="0"/>
            </w:pPr>
            <w:r>
              <w:rPr>
                <w:sz w:val="16"/>
              </w:rPr>
              <w:t>Employer Name / Telephone</w:t>
            </w:r>
          </w:p>
        </w:tc>
      </w:tr>
      <w:tr w:rsidR="007D7314" w14:paraId="459C5CE2" w14:textId="77777777">
        <w:trPr>
          <w:jc w:val="center"/>
        </w:trPr>
        <w:tc>
          <w:tcPr>
            <w:tcW w:w="5400" w:type="dxa"/>
            <w:tcMar>
              <w:top w:w="70" w:type="dxa"/>
              <w:left w:w="80" w:type="dxa"/>
              <w:bottom w:w="70" w:type="dxa"/>
              <w:right w:w="80" w:type="dxa"/>
            </w:tcMar>
            <w:vAlign w:val="center"/>
          </w:tcPr>
          <w:p w14:paraId="55D8F319" w14:textId="77777777" w:rsidR="007D7314" w:rsidRDefault="00000000">
            <w:pPr>
              <w:spacing w:after="0"/>
            </w:pPr>
            <w:r>
              <w:rPr>
                <w:sz w:val="16"/>
              </w:rPr>
              <w:t>Job Title</w:t>
            </w:r>
          </w:p>
        </w:tc>
        <w:tc>
          <w:tcPr>
            <w:tcW w:w="5400" w:type="dxa"/>
            <w:tcMar>
              <w:top w:w="70" w:type="dxa"/>
              <w:left w:w="80" w:type="dxa"/>
              <w:bottom w:w="70" w:type="dxa"/>
              <w:right w:w="80" w:type="dxa"/>
            </w:tcMar>
            <w:vAlign w:val="center"/>
          </w:tcPr>
          <w:p w14:paraId="7EF2D9D9" w14:textId="77777777" w:rsidR="007D7314" w:rsidRDefault="00000000">
            <w:pPr>
              <w:spacing w:after="0"/>
            </w:pPr>
            <w:r>
              <w:rPr>
                <w:sz w:val="16"/>
              </w:rPr>
              <w:t>Employer Address</w:t>
            </w:r>
          </w:p>
        </w:tc>
      </w:tr>
      <w:tr w:rsidR="007D7314" w14:paraId="6597575F" w14:textId="77777777">
        <w:trPr>
          <w:jc w:val="center"/>
        </w:trPr>
        <w:tc>
          <w:tcPr>
            <w:tcW w:w="5400" w:type="dxa"/>
            <w:tcMar>
              <w:top w:w="70" w:type="dxa"/>
              <w:left w:w="80" w:type="dxa"/>
              <w:bottom w:w="70" w:type="dxa"/>
              <w:right w:w="80" w:type="dxa"/>
            </w:tcMar>
            <w:vAlign w:val="center"/>
          </w:tcPr>
          <w:p w14:paraId="1AA4181B" w14:textId="77777777" w:rsidR="007D7314" w:rsidRDefault="00000000">
            <w:pPr>
              <w:spacing w:after="0"/>
            </w:pPr>
            <w:r>
              <w:rPr>
                <w:sz w:val="16"/>
              </w:rPr>
              <w:t>Immediate Supervisor / Title</w:t>
            </w:r>
          </w:p>
        </w:tc>
        <w:tc>
          <w:tcPr>
            <w:tcW w:w="5400" w:type="dxa"/>
            <w:tcMar>
              <w:top w:w="70" w:type="dxa"/>
              <w:left w:w="80" w:type="dxa"/>
              <w:bottom w:w="70" w:type="dxa"/>
              <w:right w:w="80" w:type="dxa"/>
            </w:tcMar>
            <w:vAlign w:val="center"/>
          </w:tcPr>
          <w:p w14:paraId="243D7AA8" w14:textId="77777777" w:rsidR="007D7314" w:rsidRDefault="00000000">
            <w:pPr>
              <w:spacing w:after="0"/>
            </w:pPr>
            <w:r>
              <w:rPr>
                <w:sz w:val="16"/>
              </w:rPr>
              <w:t>Reason for Leaving</w:t>
            </w:r>
          </w:p>
        </w:tc>
      </w:tr>
      <w:tr w:rsidR="007D7314" w14:paraId="6226B126" w14:textId="77777777">
        <w:trPr>
          <w:jc w:val="center"/>
        </w:trPr>
        <w:tc>
          <w:tcPr>
            <w:tcW w:w="10800" w:type="dxa"/>
            <w:gridSpan w:val="2"/>
            <w:tcMar>
              <w:top w:w="70" w:type="dxa"/>
              <w:left w:w="80" w:type="dxa"/>
              <w:bottom w:w="70" w:type="dxa"/>
              <w:right w:w="80" w:type="dxa"/>
            </w:tcMar>
            <w:vAlign w:val="center"/>
          </w:tcPr>
          <w:p w14:paraId="79FFB744" w14:textId="77777777" w:rsidR="007D7314" w:rsidRDefault="00000000">
            <w:pPr>
              <w:spacing w:after="0"/>
            </w:pPr>
            <w:r>
              <w:rPr>
                <w:sz w:val="16"/>
              </w:rPr>
              <w:t>Summarize the nature of work performed and job responsibilities:</w:t>
            </w:r>
          </w:p>
        </w:tc>
      </w:tr>
    </w:tbl>
    <w:p w14:paraId="0166EBFB" w14:textId="77777777" w:rsidR="007D7314" w:rsidRDefault="00000000">
      <w:pPr>
        <w:spacing w:after="20" w:line="240" w:lineRule="auto"/>
      </w:pPr>
      <w:r>
        <w:t>__________________________________________________________________________________________</w:t>
      </w:r>
    </w:p>
    <w:p w14:paraId="6477A23F" w14:textId="77777777" w:rsidR="007D7314" w:rsidRDefault="007D7314">
      <w:pPr>
        <w:spacing w:after="20" w:line="240" w:lineRule="auto"/>
      </w:pPr>
    </w:p>
    <w:p w14:paraId="5C982F37" w14:textId="77777777" w:rsidR="007D7314" w:rsidRDefault="00000000">
      <w:pPr>
        <w:spacing w:after="20" w:line="240" w:lineRule="auto"/>
      </w:pPr>
      <w:r>
        <w:t>Employer 2</w:t>
      </w:r>
    </w:p>
    <w:tbl>
      <w:tblPr>
        <w:tblStyle w:val="TableGrid"/>
        <w:tblW w:w="0" w:type="auto"/>
        <w:jc w:val="center"/>
        <w:tblLayout w:type="fixed"/>
        <w:tblLook w:val="04A0" w:firstRow="1" w:lastRow="0" w:firstColumn="1" w:lastColumn="0" w:noHBand="0" w:noVBand="1"/>
      </w:tblPr>
      <w:tblGrid>
        <w:gridCol w:w="5400"/>
        <w:gridCol w:w="5400"/>
      </w:tblGrid>
      <w:tr w:rsidR="007D7314" w14:paraId="34F668E5" w14:textId="77777777">
        <w:trPr>
          <w:jc w:val="center"/>
        </w:trPr>
        <w:tc>
          <w:tcPr>
            <w:tcW w:w="5400" w:type="dxa"/>
            <w:tcMar>
              <w:top w:w="70" w:type="dxa"/>
              <w:left w:w="80" w:type="dxa"/>
              <w:bottom w:w="70" w:type="dxa"/>
              <w:right w:w="80" w:type="dxa"/>
            </w:tcMar>
            <w:vAlign w:val="center"/>
          </w:tcPr>
          <w:p w14:paraId="55583E99" w14:textId="77777777" w:rsidR="007D7314" w:rsidRDefault="00000000">
            <w:pPr>
              <w:spacing w:after="0"/>
            </w:pPr>
            <w:r>
              <w:rPr>
                <w:sz w:val="16"/>
              </w:rPr>
              <w:t>From / To</w:t>
            </w:r>
          </w:p>
        </w:tc>
        <w:tc>
          <w:tcPr>
            <w:tcW w:w="5400" w:type="dxa"/>
            <w:tcMar>
              <w:top w:w="70" w:type="dxa"/>
              <w:left w:w="80" w:type="dxa"/>
              <w:bottom w:w="70" w:type="dxa"/>
              <w:right w:w="80" w:type="dxa"/>
            </w:tcMar>
            <w:vAlign w:val="center"/>
          </w:tcPr>
          <w:p w14:paraId="356669D2" w14:textId="77777777" w:rsidR="007D7314" w:rsidRDefault="00000000">
            <w:pPr>
              <w:spacing w:after="0"/>
            </w:pPr>
            <w:r>
              <w:rPr>
                <w:sz w:val="16"/>
              </w:rPr>
              <w:t>Employer Name / Telephone</w:t>
            </w:r>
          </w:p>
        </w:tc>
      </w:tr>
      <w:tr w:rsidR="007D7314" w14:paraId="359ED0CC" w14:textId="77777777">
        <w:trPr>
          <w:jc w:val="center"/>
        </w:trPr>
        <w:tc>
          <w:tcPr>
            <w:tcW w:w="5400" w:type="dxa"/>
            <w:tcMar>
              <w:top w:w="70" w:type="dxa"/>
              <w:left w:w="80" w:type="dxa"/>
              <w:bottom w:w="70" w:type="dxa"/>
              <w:right w:w="80" w:type="dxa"/>
            </w:tcMar>
            <w:vAlign w:val="center"/>
          </w:tcPr>
          <w:p w14:paraId="6C22D73B" w14:textId="77777777" w:rsidR="007D7314" w:rsidRDefault="00000000">
            <w:pPr>
              <w:spacing w:after="0"/>
            </w:pPr>
            <w:r>
              <w:rPr>
                <w:sz w:val="16"/>
              </w:rPr>
              <w:t>Job Title</w:t>
            </w:r>
          </w:p>
        </w:tc>
        <w:tc>
          <w:tcPr>
            <w:tcW w:w="5400" w:type="dxa"/>
            <w:tcMar>
              <w:top w:w="70" w:type="dxa"/>
              <w:left w:w="80" w:type="dxa"/>
              <w:bottom w:w="70" w:type="dxa"/>
              <w:right w:w="80" w:type="dxa"/>
            </w:tcMar>
            <w:vAlign w:val="center"/>
          </w:tcPr>
          <w:p w14:paraId="0FA7DB90" w14:textId="77777777" w:rsidR="007D7314" w:rsidRDefault="00000000">
            <w:pPr>
              <w:spacing w:after="0"/>
            </w:pPr>
            <w:r>
              <w:rPr>
                <w:sz w:val="16"/>
              </w:rPr>
              <w:t>Employer Address</w:t>
            </w:r>
          </w:p>
        </w:tc>
      </w:tr>
      <w:tr w:rsidR="007D7314" w14:paraId="72BA2D52" w14:textId="77777777">
        <w:trPr>
          <w:jc w:val="center"/>
        </w:trPr>
        <w:tc>
          <w:tcPr>
            <w:tcW w:w="5400" w:type="dxa"/>
            <w:tcMar>
              <w:top w:w="70" w:type="dxa"/>
              <w:left w:w="80" w:type="dxa"/>
              <w:bottom w:w="70" w:type="dxa"/>
              <w:right w:w="80" w:type="dxa"/>
            </w:tcMar>
            <w:vAlign w:val="center"/>
          </w:tcPr>
          <w:p w14:paraId="28BCDF67" w14:textId="77777777" w:rsidR="007D7314" w:rsidRDefault="00000000">
            <w:pPr>
              <w:spacing w:after="0"/>
            </w:pPr>
            <w:r>
              <w:rPr>
                <w:sz w:val="16"/>
              </w:rPr>
              <w:t>Immediate Supervisor / Title</w:t>
            </w:r>
          </w:p>
        </w:tc>
        <w:tc>
          <w:tcPr>
            <w:tcW w:w="5400" w:type="dxa"/>
            <w:tcMar>
              <w:top w:w="70" w:type="dxa"/>
              <w:left w:w="80" w:type="dxa"/>
              <w:bottom w:w="70" w:type="dxa"/>
              <w:right w:w="80" w:type="dxa"/>
            </w:tcMar>
            <w:vAlign w:val="center"/>
          </w:tcPr>
          <w:p w14:paraId="70D33C38" w14:textId="77777777" w:rsidR="007D7314" w:rsidRDefault="00000000">
            <w:pPr>
              <w:spacing w:after="0"/>
            </w:pPr>
            <w:r>
              <w:rPr>
                <w:sz w:val="16"/>
              </w:rPr>
              <w:t>Reason for Leaving</w:t>
            </w:r>
          </w:p>
        </w:tc>
      </w:tr>
      <w:tr w:rsidR="007D7314" w14:paraId="4E7C3D92" w14:textId="77777777">
        <w:trPr>
          <w:jc w:val="center"/>
        </w:trPr>
        <w:tc>
          <w:tcPr>
            <w:tcW w:w="10800" w:type="dxa"/>
            <w:gridSpan w:val="2"/>
            <w:tcMar>
              <w:top w:w="70" w:type="dxa"/>
              <w:left w:w="80" w:type="dxa"/>
              <w:bottom w:w="70" w:type="dxa"/>
              <w:right w:w="80" w:type="dxa"/>
            </w:tcMar>
            <w:vAlign w:val="center"/>
          </w:tcPr>
          <w:p w14:paraId="6B69A217" w14:textId="77777777" w:rsidR="007D7314" w:rsidRDefault="00000000">
            <w:pPr>
              <w:spacing w:after="0"/>
            </w:pPr>
            <w:r>
              <w:rPr>
                <w:sz w:val="16"/>
              </w:rPr>
              <w:t>Summarize the nature of work performed and job responsibilities:</w:t>
            </w:r>
          </w:p>
        </w:tc>
      </w:tr>
    </w:tbl>
    <w:p w14:paraId="0F52F591" w14:textId="77777777" w:rsidR="007D7314" w:rsidRDefault="00000000">
      <w:pPr>
        <w:spacing w:after="20" w:line="240" w:lineRule="auto"/>
      </w:pPr>
      <w:r>
        <w:t>__________________________________________________________________________________________</w:t>
      </w:r>
    </w:p>
    <w:p w14:paraId="7CA361E3" w14:textId="77777777" w:rsidR="007D7314" w:rsidRDefault="007D7314">
      <w:pPr>
        <w:spacing w:after="20" w:line="240" w:lineRule="auto"/>
      </w:pPr>
    </w:p>
    <w:p w14:paraId="22EF33BC" w14:textId="77777777" w:rsidR="007D7314" w:rsidRDefault="00000000">
      <w:pPr>
        <w:spacing w:after="20" w:line="240" w:lineRule="auto"/>
      </w:pPr>
      <w:r>
        <w:t>Employer 3</w:t>
      </w:r>
    </w:p>
    <w:tbl>
      <w:tblPr>
        <w:tblStyle w:val="TableGrid"/>
        <w:tblW w:w="0" w:type="auto"/>
        <w:jc w:val="center"/>
        <w:tblLayout w:type="fixed"/>
        <w:tblLook w:val="04A0" w:firstRow="1" w:lastRow="0" w:firstColumn="1" w:lastColumn="0" w:noHBand="0" w:noVBand="1"/>
      </w:tblPr>
      <w:tblGrid>
        <w:gridCol w:w="5400"/>
        <w:gridCol w:w="5400"/>
      </w:tblGrid>
      <w:tr w:rsidR="007D7314" w14:paraId="1CEC401E" w14:textId="77777777">
        <w:trPr>
          <w:jc w:val="center"/>
        </w:trPr>
        <w:tc>
          <w:tcPr>
            <w:tcW w:w="5400" w:type="dxa"/>
            <w:tcMar>
              <w:top w:w="70" w:type="dxa"/>
              <w:left w:w="80" w:type="dxa"/>
              <w:bottom w:w="70" w:type="dxa"/>
              <w:right w:w="80" w:type="dxa"/>
            </w:tcMar>
            <w:vAlign w:val="center"/>
          </w:tcPr>
          <w:p w14:paraId="4DA066EC" w14:textId="77777777" w:rsidR="007D7314" w:rsidRDefault="00000000">
            <w:pPr>
              <w:spacing w:after="0"/>
            </w:pPr>
            <w:r>
              <w:rPr>
                <w:sz w:val="16"/>
              </w:rPr>
              <w:t>From / To</w:t>
            </w:r>
          </w:p>
        </w:tc>
        <w:tc>
          <w:tcPr>
            <w:tcW w:w="5400" w:type="dxa"/>
            <w:tcMar>
              <w:top w:w="70" w:type="dxa"/>
              <w:left w:w="80" w:type="dxa"/>
              <w:bottom w:w="70" w:type="dxa"/>
              <w:right w:w="80" w:type="dxa"/>
            </w:tcMar>
            <w:vAlign w:val="center"/>
          </w:tcPr>
          <w:p w14:paraId="1D994B58" w14:textId="77777777" w:rsidR="007D7314" w:rsidRDefault="00000000">
            <w:pPr>
              <w:spacing w:after="0"/>
            </w:pPr>
            <w:r>
              <w:rPr>
                <w:sz w:val="16"/>
              </w:rPr>
              <w:t>Employer Name / Telephone</w:t>
            </w:r>
          </w:p>
        </w:tc>
      </w:tr>
      <w:tr w:rsidR="007D7314" w14:paraId="37B5081F" w14:textId="77777777">
        <w:trPr>
          <w:jc w:val="center"/>
        </w:trPr>
        <w:tc>
          <w:tcPr>
            <w:tcW w:w="5400" w:type="dxa"/>
            <w:tcMar>
              <w:top w:w="70" w:type="dxa"/>
              <w:left w:w="80" w:type="dxa"/>
              <w:bottom w:w="70" w:type="dxa"/>
              <w:right w:w="80" w:type="dxa"/>
            </w:tcMar>
            <w:vAlign w:val="center"/>
          </w:tcPr>
          <w:p w14:paraId="2E648DE0" w14:textId="77777777" w:rsidR="007D7314" w:rsidRDefault="00000000">
            <w:pPr>
              <w:spacing w:after="0"/>
            </w:pPr>
            <w:r>
              <w:rPr>
                <w:sz w:val="16"/>
              </w:rPr>
              <w:t>Job Title</w:t>
            </w:r>
          </w:p>
        </w:tc>
        <w:tc>
          <w:tcPr>
            <w:tcW w:w="5400" w:type="dxa"/>
            <w:tcMar>
              <w:top w:w="70" w:type="dxa"/>
              <w:left w:w="80" w:type="dxa"/>
              <w:bottom w:w="70" w:type="dxa"/>
              <w:right w:w="80" w:type="dxa"/>
            </w:tcMar>
            <w:vAlign w:val="center"/>
          </w:tcPr>
          <w:p w14:paraId="62A38F15" w14:textId="77777777" w:rsidR="007D7314" w:rsidRDefault="00000000">
            <w:pPr>
              <w:spacing w:after="0"/>
            </w:pPr>
            <w:r>
              <w:rPr>
                <w:sz w:val="16"/>
              </w:rPr>
              <w:t>Employer Address</w:t>
            </w:r>
          </w:p>
        </w:tc>
      </w:tr>
      <w:tr w:rsidR="007D7314" w14:paraId="7C32428A" w14:textId="77777777">
        <w:trPr>
          <w:jc w:val="center"/>
        </w:trPr>
        <w:tc>
          <w:tcPr>
            <w:tcW w:w="5400" w:type="dxa"/>
            <w:tcMar>
              <w:top w:w="70" w:type="dxa"/>
              <w:left w:w="80" w:type="dxa"/>
              <w:bottom w:w="70" w:type="dxa"/>
              <w:right w:w="80" w:type="dxa"/>
            </w:tcMar>
            <w:vAlign w:val="center"/>
          </w:tcPr>
          <w:p w14:paraId="370571E4" w14:textId="77777777" w:rsidR="007D7314" w:rsidRDefault="00000000">
            <w:pPr>
              <w:spacing w:after="0"/>
            </w:pPr>
            <w:r>
              <w:rPr>
                <w:sz w:val="16"/>
              </w:rPr>
              <w:t>Immediate Supervisor / Title</w:t>
            </w:r>
          </w:p>
        </w:tc>
        <w:tc>
          <w:tcPr>
            <w:tcW w:w="5400" w:type="dxa"/>
            <w:tcMar>
              <w:top w:w="70" w:type="dxa"/>
              <w:left w:w="80" w:type="dxa"/>
              <w:bottom w:w="70" w:type="dxa"/>
              <w:right w:w="80" w:type="dxa"/>
            </w:tcMar>
            <w:vAlign w:val="center"/>
          </w:tcPr>
          <w:p w14:paraId="66EF0F7E" w14:textId="77777777" w:rsidR="007D7314" w:rsidRDefault="00000000">
            <w:pPr>
              <w:spacing w:after="0"/>
            </w:pPr>
            <w:r>
              <w:rPr>
                <w:sz w:val="16"/>
              </w:rPr>
              <w:t>Reason for Leaving</w:t>
            </w:r>
          </w:p>
        </w:tc>
      </w:tr>
      <w:tr w:rsidR="007D7314" w14:paraId="52F2160F" w14:textId="77777777">
        <w:trPr>
          <w:jc w:val="center"/>
        </w:trPr>
        <w:tc>
          <w:tcPr>
            <w:tcW w:w="10800" w:type="dxa"/>
            <w:gridSpan w:val="2"/>
            <w:tcMar>
              <w:top w:w="70" w:type="dxa"/>
              <w:left w:w="80" w:type="dxa"/>
              <w:bottom w:w="70" w:type="dxa"/>
              <w:right w:w="80" w:type="dxa"/>
            </w:tcMar>
            <w:vAlign w:val="center"/>
          </w:tcPr>
          <w:p w14:paraId="2F2FAC4F" w14:textId="77777777" w:rsidR="007D7314" w:rsidRDefault="00000000">
            <w:pPr>
              <w:spacing w:after="0"/>
            </w:pPr>
            <w:r>
              <w:rPr>
                <w:sz w:val="16"/>
              </w:rPr>
              <w:t>Summarize the nature of work performed and job responsibilities:</w:t>
            </w:r>
          </w:p>
        </w:tc>
      </w:tr>
    </w:tbl>
    <w:p w14:paraId="2C45229B" w14:textId="77777777" w:rsidR="007D7314" w:rsidRDefault="00000000">
      <w:pPr>
        <w:spacing w:after="20" w:line="240" w:lineRule="auto"/>
      </w:pPr>
      <w:r>
        <w:t>__________________________________________________________________________________________</w:t>
      </w:r>
    </w:p>
    <w:p w14:paraId="734D5006" w14:textId="77777777" w:rsidR="007D7314" w:rsidRDefault="007D7314">
      <w:pPr>
        <w:pageBreakBefore/>
      </w:pPr>
    </w:p>
    <w:p w14:paraId="7803ED76" w14:textId="77777777" w:rsidR="007D7314" w:rsidRDefault="00000000">
      <w:pPr>
        <w:spacing w:before="100" w:after="80"/>
      </w:pPr>
      <w:r>
        <w:rPr>
          <w:b/>
          <w:sz w:val="21"/>
        </w:rPr>
        <w:t>ADDITIONAL SKILLS / EXPERIENCE</w:t>
      </w:r>
    </w:p>
    <w:p w14:paraId="49B9CEAA" w14:textId="77777777" w:rsidR="007D7314" w:rsidRDefault="00000000">
      <w:pPr>
        <w:spacing w:line="240" w:lineRule="auto"/>
      </w:pPr>
      <w:r>
        <w:t>Do you have any special skills, experience and/or training that would enhance your ability to perform the position applied for? If yes, explain.</w:t>
      </w:r>
    </w:p>
    <w:p w14:paraId="783A20E7" w14:textId="77777777" w:rsidR="007D7314" w:rsidRDefault="00000000">
      <w:pPr>
        <w:spacing w:after="20" w:line="240" w:lineRule="auto"/>
      </w:pPr>
      <w:r>
        <w:t>__________________________________________________________________________________________</w:t>
      </w:r>
    </w:p>
    <w:p w14:paraId="690D3341" w14:textId="77777777" w:rsidR="007D7314" w:rsidRDefault="00000000">
      <w:pPr>
        <w:spacing w:after="20" w:line="240" w:lineRule="auto"/>
      </w:pPr>
      <w:r>
        <w:t>__________________________________________________________________________________________</w:t>
      </w:r>
    </w:p>
    <w:p w14:paraId="3A742FD6" w14:textId="77777777" w:rsidR="007D7314" w:rsidRDefault="00000000">
      <w:pPr>
        <w:spacing w:after="20" w:line="240" w:lineRule="auto"/>
      </w:pPr>
      <w:r>
        <w:t>__________________________________________________________________________________________</w:t>
      </w:r>
    </w:p>
    <w:p w14:paraId="165BFBD0" w14:textId="77777777" w:rsidR="007D7314" w:rsidRDefault="00000000">
      <w:pPr>
        <w:spacing w:before="100" w:after="80"/>
      </w:pPr>
      <w:r>
        <w:rPr>
          <w:b/>
          <w:sz w:val="21"/>
        </w:rPr>
        <w:t>REFERENCES</w:t>
      </w:r>
    </w:p>
    <w:p w14:paraId="61D81096" w14:textId="77777777" w:rsidR="007D7314" w:rsidRDefault="00000000">
      <w:pPr>
        <w:spacing w:line="240" w:lineRule="auto"/>
      </w:pPr>
      <w:r>
        <w:t>Please provide at least two professional references who are not related to you.</w:t>
      </w:r>
    </w:p>
    <w:tbl>
      <w:tblPr>
        <w:tblStyle w:val="TableGrid"/>
        <w:tblW w:w="0" w:type="auto"/>
        <w:jc w:val="center"/>
        <w:tblLayout w:type="fixed"/>
        <w:tblLook w:val="04A0" w:firstRow="1" w:lastRow="0" w:firstColumn="1" w:lastColumn="0" w:noHBand="0" w:noVBand="1"/>
      </w:tblPr>
      <w:tblGrid>
        <w:gridCol w:w="2232"/>
        <w:gridCol w:w="2088"/>
        <w:gridCol w:w="2088"/>
        <w:gridCol w:w="2520"/>
        <w:gridCol w:w="1296"/>
      </w:tblGrid>
      <w:tr w:rsidR="007D7314" w14:paraId="3DD4E041" w14:textId="77777777">
        <w:trPr>
          <w:jc w:val="center"/>
        </w:trPr>
        <w:tc>
          <w:tcPr>
            <w:tcW w:w="2232" w:type="dxa"/>
            <w:shd w:val="clear" w:color="auto" w:fill="EDEDED"/>
            <w:tcMar>
              <w:top w:w="70" w:type="dxa"/>
              <w:left w:w="80" w:type="dxa"/>
              <w:bottom w:w="70" w:type="dxa"/>
              <w:right w:w="80" w:type="dxa"/>
            </w:tcMar>
            <w:vAlign w:val="center"/>
          </w:tcPr>
          <w:p w14:paraId="390122E9" w14:textId="77777777" w:rsidR="007D7314" w:rsidRDefault="00000000">
            <w:pPr>
              <w:spacing w:after="0"/>
            </w:pPr>
            <w:r>
              <w:rPr>
                <w:b/>
                <w:sz w:val="15"/>
              </w:rPr>
              <w:t>Name</w:t>
            </w:r>
          </w:p>
        </w:tc>
        <w:tc>
          <w:tcPr>
            <w:tcW w:w="2088" w:type="dxa"/>
            <w:shd w:val="clear" w:color="auto" w:fill="EDEDED"/>
            <w:tcMar>
              <w:top w:w="70" w:type="dxa"/>
              <w:left w:w="80" w:type="dxa"/>
              <w:bottom w:w="70" w:type="dxa"/>
              <w:right w:w="80" w:type="dxa"/>
            </w:tcMar>
            <w:vAlign w:val="center"/>
          </w:tcPr>
          <w:p w14:paraId="7BA50501" w14:textId="77777777" w:rsidR="007D7314" w:rsidRDefault="00000000">
            <w:pPr>
              <w:spacing w:after="0"/>
            </w:pPr>
            <w:r>
              <w:rPr>
                <w:b/>
                <w:sz w:val="15"/>
              </w:rPr>
              <w:t>Relationship / Company</w:t>
            </w:r>
          </w:p>
        </w:tc>
        <w:tc>
          <w:tcPr>
            <w:tcW w:w="2088" w:type="dxa"/>
            <w:shd w:val="clear" w:color="auto" w:fill="EDEDED"/>
            <w:tcMar>
              <w:top w:w="70" w:type="dxa"/>
              <w:left w:w="80" w:type="dxa"/>
              <w:bottom w:w="70" w:type="dxa"/>
              <w:right w:w="80" w:type="dxa"/>
            </w:tcMar>
            <w:vAlign w:val="center"/>
          </w:tcPr>
          <w:p w14:paraId="04BDF8B2" w14:textId="77777777" w:rsidR="007D7314" w:rsidRDefault="00000000">
            <w:pPr>
              <w:spacing w:after="0"/>
            </w:pPr>
            <w:r>
              <w:rPr>
                <w:b/>
                <w:sz w:val="15"/>
              </w:rPr>
              <w:t>Phone</w:t>
            </w:r>
          </w:p>
        </w:tc>
        <w:tc>
          <w:tcPr>
            <w:tcW w:w="2520" w:type="dxa"/>
            <w:shd w:val="clear" w:color="auto" w:fill="EDEDED"/>
            <w:tcMar>
              <w:top w:w="70" w:type="dxa"/>
              <w:left w:w="80" w:type="dxa"/>
              <w:bottom w:w="70" w:type="dxa"/>
              <w:right w:w="80" w:type="dxa"/>
            </w:tcMar>
            <w:vAlign w:val="center"/>
          </w:tcPr>
          <w:p w14:paraId="06FA6590" w14:textId="77777777" w:rsidR="007D7314" w:rsidRDefault="00000000">
            <w:pPr>
              <w:spacing w:after="0"/>
            </w:pPr>
            <w:r>
              <w:rPr>
                <w:b/>
                <w:sz w:val="15"/>
              </w:rPr>
              <w:t>Email</w:t>
            </w:r>
          </w:p>
        </w:tc>
        <w:tc>
          <w:tcPr>
            <w:tcW w:w="1296" w:type="dxa"/>
            <w:shd w:val="clear" w:color="auto" w:fill="EDEDED"/>
            <w:tcMar>
              <w:top w:w="70" w:type="dxa"/>
              <w:left w:w="80" w:type="dxa"/>
              <w:bottom w:w="70" w:type="dxa"/>
              <w:right w:w="80" w:type="dxa"/>
            </w:tcMar>
            <w:vAlign w:val="center"/>
          </w:tcPr>
          <w:p w14:paraId="4F16EED2" w14:textId="77777777" w:rsidR="007D7314" w:rsidRDefault="00000000">
            <w:pPr>
              <w:spacing w:after="0"/>
            </w:pPr>
            <w:r>
              <w:rPr>
                <w:b/>
                <w:sz w:val="15"/>
              </w:rPr>
              <w:t>Years Acquainted</w:t>
            </w:r>
          </w:p>
        </w:tc>
      </w:tr>
      <w:tr w:rsidR="007D7314" w14:paraId="2D76F513" w14:textId="77777777">
        <w:trPr>
          <w:jc w:val="center"/>
        </w:trPr>
        <w:tc>
          <w:tcPr>
            <w:tcW w:w="2232" w:type="dxa"/>
            <w:tcMar>
              <w:top w:w="150" w:type="dxa"/>
              <w:left w:w="80" w:type="dxa"/>
              <w:bottom w:w="150" w:type="dxa"/>
              <w:right w:w="80" w:type="dxa"/>
            </w:tcMar>
            <w:vAlign w:val="center"/>
          </w:tcPr>
          <w:p w14:paraId="2AAC0205" w14:textId="77777777" w:rsidR="007D7314" w:rsidRDefault="007D7314">
            <w:pPr>
              <w:spacing w:after="0"/>
            </w:pPr>
          </w:p>
        </w:tc>
        <w:tc>
          <w:tcPr>
            <w:tcW w:w="2088" w:type="dxa"/>
            <w:tcMar>
              <w:top w:w="150" w:type="dxa"/>
              <w:left w:w="80" w:type="dxa"/>
              <w:bottom w:w="150" w:type="dxa"/>
              <w:right w:w="80" w:type="dxa"/>
            </w:tcMar>
            <w:vAlign w:val="center"/>
          </w:tcPr>
          <w:p w14:paraId="23D63C94" w14:textId="77777777" w:rsidR="007D7314" w:rsidRDefault="007D7314">
            <w:pPr>
              <w:spacing w:after="0"/>
            </w:pPr>
          </w:p>
        </w:tc>
        <w:tc>
          <w:tcPr>
            <w:tcW w:w="2088" w:type="dxa"/>
            <w:tcMar>
              <w:top w:w="150" w:type="dxa"/>
              <w:left w:w="80" w:type="dxa"/>
              <w:bottom w:w="150" w:type="dxa"/>
              <w:right w:w="80" w:type="dxa"/>
            </w:tcMar>
            <w:vAlign w:val="center"/>
          </w:tcPr>
          <w:p w14:paraId="6CDECD88" w14:textId="77777777" w:rsidR="007D7314" w:rsidRDefault="007D7314">
            <w:pPr>
              <w:spacing w:after="0"/>
            </w:pPr>
          </w:p>
        </w:tc>
        <w:tc>
          <w:tcPr>
            <w:tcW w:w="2520" w:type="dxa"/>
            <w:tcMar>
              <w:top w:w="150" w:type="dxa"/>
              <w:left w:w="80" w:type="dxa"/>
              <w:bottom w:w="150" w:type="dxa"/>
              <w:right w:w="80" w:type="dxa"/>
            </w:tcMar>
            <w:vAlign w:val="center"/>
          </w:tcPr>
          <w:p w14:paraId="3A7FDD75" w14:textId="77777777" w:rsidR="007D7314" w:rsidRDefault="007D7314">
            <w:pPr>
              <w:spacing w:after="0"/>
            </w:pPr>
          </w:p>
        </w:tc>
        <w:tc>
          <w:tcPr>
            <w:tcW w:w="1296" w:type="dxa"/>
            <w:tcMar>
              <w:top w:w="150" w:type="dxa"/>
              <w:left w:w="80" w:type="dxa"/>
              <w:bottom w:w="150" w:type="dxa"/>
              <w:right w:w="80" w:type="dxa"/>
            </w:tcMar>
            <w:vAlign w:val="center"/>
          </w:tcPr>
          <w:p w14:paraId="565F9F81" w14:textId="77777777" w:rsidR="007D7314" w:rsidRDefault="007D7314">
            <w:pPr>
              <w:spacing w:after="0"/>
            </w:pPr>
          </w:p>
        </w:tc>
      </w:tr>
      <w:tr w:rsidR="007D7314" w14:paraId="65FCA9C6" w14:textId="77777777">
        <w:trPr>
          <w:jc w:val="center"/>
        </w:trPr>
        <w:tc>
          <w:tcPr>
            <w:tcW w:w="2232" w:type="dxa"/>
            <w:tcMar>
              <w:top w:w="150" w:type="dxa"/>
              <w:left w:w="80" w:type="dxa"/>
              <w:bottom w:w="150" w:type="dxa"/>
              <w:right w:w="80" w:type="dxa"/>
            </w:tcMar>
            <w:vAlign w:val="center"/>
          </w:tcPr>
          <w:p w14:paraId="47A4B23E" w14:textId="77777777" w:rsidR="007D7314" w:rsidRDefault="007D7314">
            <w:pPr>
              <w:spacing w:after="0"/>
            </w:pPr>
          </w:p>
        </w:tc>
        <w:tc>
          <w:tcPr>
            <w:tcW w:w="2088" w:type="dxa"/>
            <w:tcMar>
              <w:top w:w="150" w:type="dxa"/>
              <w:left w:w="80" w:type="dxa"/>
              <w:bottom w:w="150" w:type="dxa"/>
              <w:right w:w="80" w:type="dxa"/>
            </w:tcMar>
            <w:vAlign w:val="center"/>
          </w:tcPr>
          <w:p w14:paraId="1456D449" w14:textId="77777777" w:rsidR="007D7314" w:rsidRDefault="007D7314">
            <w:pPr>
              <w:spacing w:after="0"/>
            </w:pPr>
          </w:p>
        </w:tc>
        <w:tc>
          <w:tcPr>
            <w:tcW w:w="2088" w:type="dxa"/>
            <w:tcMar>
              <w:top w:w="150" w:type="dxa"/>
              <w:left w:w="80" w:type="dxa"/>
              <w:bottom w:w="150" w:type="dxa"/>
              <w:right w:w="80" w:type="dxa"/>
            </w:tcMar>
            <w:vAlign w:val="center"/>
          </w:tcPr>
          <w:p w14:paraId="621AAD3D" w14:textId="77777777" w:rsidR="007D7314" w:rsidRDefault="007D7314">
            <w:pPr>
              <w:spacing w:after="0"/>
            </w:pPr>
          </w:p>
        </w:tc>
        <w:tc>
          <w:tcPr>
            <w:tcW w:w="2520" w:type="dxa"/>
            <w:tcMar>
              <w:top w:w="150" w:type="dxa"/>
              <w:left w:w="80" w:type="dxa"/>
              <w:bottom w:w="150" w:type="dxa"/>
              <w:right w:w="80" w:type="dxa"/>
            </w:tcMar>
            <w:vAlign w:val="center"/>
          </w:tcPr>
          <w:p w14:paraId="3474EA42" w14:textId="77777777" w:rsidR="007D7314" w:rsidRDefault="007D7314">
            <w:pPr>
              <w:spacing w:after="0"/>
            </w:pPr>
          </w:p>
        </w:tc>
        <w:tc>
          <w:tcPr>
            <w:tcW w:w="1296" w:type="dxa"/>
            <w:tcMar>
              <w:top w:w="150" w:type="dxa"/>
              <w:left w:w="80" w:type="dxa"/>
              <w:bottom w:w="150" w:type="dxa"/>
              <w:right w:w="80" w:type="dxa"/>
            </w:tcMar>
            <w:vAlign w:val="center"/>
          </w:tcPr>
          <w:p w14:paraId="044BAB70" w14:textId="77777777" w:rsidR="007D7314" w:rsidRDefault="007D7314">
            <w:pPr>
              <w:spacing w:after="0"/>
            </w:pPr>
          </w:p>
        </w:tc>
      </w:tr>
      <w:tr w:rsidR="007D7314" w14:paraId="23771782" w14:textId="77777777">
        <w:trPr>
          <w:jc w:val="center"/>
        </w:trPr>
        <w:tc>
          <w:tcPr>
            <w:tcW w:w="2232" w:type="dxa"/>
            <w:tcMar>
              <w:top w:w="150" w:type="dxa"/>
              <w:left w:w="80" w:type="dxa"/>
              <w:bottom w:w="150" w:type="dxa"/>
              <w:right w:w="80" w:type="dxa"/>
            </w:tcMar>
            <w:vAlign w:val="center"/>
          </w:tcPr>
          <w:p w14:paraId="2909F2B6" w14:textId="77777777" w:rsidR="007D7314" w:rsidRDefault="007D7314">
            <w:pPr>
              <w:spacing w:after="0"/>
            </w:pPr>
          </w:p>
        </w:tc>
        <w:tc>
          <w:tcPr>
            <w:tcW w:w="2088" w:type="dxa"/>
            <w:tcMar>
              <w:top w:w="150" w:type="dxa"/>
              <w:left w:w="80" w:type="dxa"/>
              <w:bottom w:w="150" w:type="dxa"/>
              <w:right w:w="80" w:type="dxa"/>
            </w:tcMar>
            <w:vAlign w:val="center"/>
          </w:tcPr>
          <w:p w14:paraId="7DB10B87" w14:textId="77777777" w:rsidR="007D7314" w:rsidRDefault="007D7314">
            <w:pPr>
              <w:spacing w:after="0"/>
            </w:pPr>
          </w:p>
        </w:tc>
        <w:tc>
          <w:tcPr>
            <w:tcW w:w="2088" w:type="dxa"/>
            <w:tcMar>
              <w:top w:w="150" w:type="dxa"/>
              <w:left w:w="80" w:type="dxa"/>
              <w:bottom w:w="150" w:type="dxa"/>
              <w:right w:w="80" w:type="dxa"/>
            </w:tcMar>
            <w:vAlign w:val="center"/>
          </w:tcPr>
          <w:p w14:paraId="0C142AF7" w14:textId="77777777" w:rsidR="007D7314" w:rsidRDefault="007D7314">
            <w:pPr>
              <w:spacing w:after="0"/>
            </w:pPr>
          </w:p>
        </w:tc>
        <w:tc>
          <w:tcPr>
            <w:tcW w:w="2520" w:type="dxa"/>
            <w:tcMar>
              <w:top w:w="150" w:type="dxa"/>
              <w:left w:w="80" w:type="dxa"/>
              <w:bottom w:w="150" w:type="dxa"/>
              <w:right w:w="80" w:type="dxa"/>
            </w:tcMar>
            <w:vAlign w:val="center"/>
          </w:tcPr>
          <w:p w14:paraId="7CC0EF03" w14:textId="77777777" w:rsidR="007D7314" w:rsidRDefault="007D7314">
            <w:pPr>
              <w:spacing w:after="0"/>
            </w:pPr>
          </w:p>
        </w:tc>
        <w:tc>
          <w:tcPr>
            <w:tcW w:w="1296" w:type="dxa"/>
            <w:tcMar>
              <w:top w:w="150" w:type="dxa"/>
              <w:left w:w="80" w:type="dxa"/>
              <w:bottom w:w="150" w:type="dxa"/>
              <w:right w:w="80" w:type="dxa"/>
            </w:tcMar>
            <w:vAlign w:val="center"/>
          </w:tcPr>
          <w:p w14:paraId="109E4984" w14:textId="77777777" w:rsidR="007D7314" w:rsidRDefault="007D7314">
            <w:pPr>
              <w:spacing w:after="0"/>
            </w:pPr>
          </w:p>
        </w:tc>
      </w:tr>
    </w:tbl>
    <w:p w14:paraId="2ACDA5CD" w14:textId="77777777" w:rsidR="007D7314" w:rsidRDefault="00000000">
      <w:pPr>
        <w:spacing w:before="100" w:after="80"/>
      </w:pPr>
      <w:r>
        <w:rPr>
          <w:b/>
          <w:sz w:val="21"/>
        </w:rPr>
        <w:t>APPLICANT CERTIFICATION</w:t>
      </w:r>
    </w:p>
    <w:p w14:paraId="2E5E7F91" w14:textId="77777777" w:rsidR="007D7314" w:rsidRDefault="00000000">
      <w:pPr>
        <w:spacing w:after="100" w:line="252" w:lineRule="auto"/>
      </w:pPr>
      <w:r>
        <w:rPr>
          <w:b/>
        </w:rPr>
        <w:t>PLEASE READ CAREFULLY BEFORE SIGNING</w:t>
      </w:r>
    </w:p>
    <w:p w14:paraId="7A50AC33" w14:textId="77777777" w:rsidR="007D7314" w:rsidRDefault="00000000">
      <w:pPr>
        <w:spacing w:after="100" w:line="252" w:lineRule="auto"/>
      </w:pPr>
      <w:r>
        <w:rPr>
          <w:sz w:val="17"/>
        </w:rPr>
        <w:t>I understand that completion of this application or any other part of the hiring process does not create an obligation for Powerful Electric of Long Island, Inc. to hire me. If I am hired, I understand that my employment is at will and may be terminated by either Powerful Electric of Long Island, Inc. or me at any time, with or without cause or notice, subject to applicable law. I understand that no representative of Powerful Electric of Long Island, Inc. has authority to make an agreement contrary to this at-will relationship unless it is in writing and signed by an authorized company representative.</w:t>
      </w:r>
    </w:p>
    <w:p w14:paraId="03EB0828" w14:textId="77777777" w:rsidR="007D7314" w:rsidRDefault="00000000">
      <w:pPr>
        <w:spacing w:before="60" w:after="60" w:line="252" w:lineRule="auto"/>
      </w:pPr>
      <w:r>
        <w:rPr>
          <w:b/>
          <w:sz w:val="16"/>
        </w:rPr>
        <w:t xml:space="preserve">BACKGROUND SCREENING NOTICE: </w:t>
      </w:r>
      <w:r>
        <w:rPr>
          <w:sz w:val="16"/>
        </w:rPr>
        <w:t>Employment may be subject to a background check as permitted by applicable law. Any required disclosure and authorization will be provided separately.</w:t>
      </w:r>
    </w:p>
    <w:p w14:paraId="6AA4A219" w14:textId="77777777" w:rsidR="007D7314" w:rsidRDefault="00000000">
      <w:pPr>
        <w:spacing w:after="100" w:line="252" w:lineRule="auto"/>
      </w:pPr>
      <w:r>
        <w:rPr>
          <w:sz w:val="17"/>
        </w:rPr>
        <w:t>I certify that the information I have provided in this application is true and complete to the best of my knowledge. I authorize Powerful Electric of Long Island, Inc. to contact the references and employers I have authorized for employment-reference purposes. I understand that material misrepresentations or omissions may result in withdrawal of an offer or termination of employment, as permitted by law.</w:t>
      </w:r>
    </w:p>
    <w:p w14:paraId="48EB826E" w14:textId="77777777" w:rsidR="007D7314" w:rsidRDefault="00000000">
      <w:pPr>
        <w:spacing w:after="120" w:line="240" w:lineRule="auto"/>
      </w:pPr>
      <w:r>
        <w:t>Date ______________________________    Signature ____________________________________________</w:t>
      </w:r>
    </w:p>
    <w:p w14:paraId="0DF79EA4" w14:textId="77777777" w:rsidR="007D7314" w:rsidRDefault="00000000">
      <w:pPr>
        <w:jc w:val="center"/>
      </w:pPr>
      <w:r>
        <w:rPr>
          <w:b/>
          <w:sz w:val="17"/>
        </w:rPr>
        <w:t>THIS APPLICATION IS VALID ONLY FOR 60 DAYS FROM THE DATE ABOVE.</w:t>
      </w:r>
    </w:p>
    <w:sectPr w:rsidR="007D7314" w:rsidSect="00034616">
      <w:footerReference w:type="default" r:id="rId8"/>
      <w:pgSz w:w="12240" w:h="15840"/>
      <w:pgMar w:top="605" w:right="720" w:bottom="60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46F99" w14:textId="77777777" w:rsidR="00015C66" w:rsidRDefault="00015C66">
      <w:pPr>
        <w:spacing w:after="0" w:line="240" w:lineRule="auto"/>
      </w:pPr>
      <w:r>
        <w:separator/>
      </w:r>
    </w:p>
  </w:endnote>
  <w:endnote w:type="continuationSeparator" w:id="0">
    <w:p w14:paraId="761F7C28" w14:textId="77777777" w:rsidR="00015C66" w:rsidRDefault="0001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1567" w14:textId="77777777" w:rsidR="007D7314" w:rsidRDefault="00000000">
    <w:pPr>
      <w:pStyle w:val="Footer"/>
      <w:jc w:val="center"/>
    </w:pPr>
    <w:r>
      <w:rPr>
        <w:sz w:val="14"/>
      </w:rPr>
      <w:t>Powerful Electric of Long Island, Inc.  |  PO Box 364, Manorville, NY 11949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33C5" w14:textId="77777777" w:rsidR="00015C66" w:rsidRDefault="00015C66">
      <w:pPr>
        <w:spacing w:after="0" w:line="240" w:lineRule="auto"/>
      </w:pPr>
      <w:r>
        <w:separator/>
      </w:r>
    </w:p>
  </w:footnote>
  <w:footnote w:type="continuationSeparator" w:id="0">
    <w:p w14:paraId="224815B3" w14:textId="77777777" w:rsidR="00015C66" w:rsidRDefault="00015C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0783415">
    <w:abstractNumId w:val="8"/>
  </w:num>
  <w:num w:numId="2" w16cid:durableId="2062947529">
    <w:abstractNumId w:val="6"/>
  </w:num>
  <w:num w:numId="3" w16cid:durableId="1579097988">
    <w:abstractNumId w:val="5"/>
  </w:num>
  <w:num w:numId="4" w16cid:durableId="935210084">
    <w:abstractNumId w:val="4"/>
  </w:num>
  <w:num w:numId="5" w16cid:durableId="521016544">
    <w:abstractNumId w:val="7"/>
  </w:num>
  <w:num w:numId="6" w16cid:durableId="1122919897">
    <w:abstractNumId w:val="3"/>
  </w:num>
  <w:num w:numId="7" w16cid:durableId="1681080363">
    <w:abstractNumId w:val="2"/>
  </w:num>
  <w:num w:numId="8" w16cid:durableId="361394818">
    <w:abstractNumId w:val="1"/>
  </w:num>
  <w:num w:numId="9" w16cid:durableId="649670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C66"/>
    <w:rsid w:val="00034616"/>
    <w:rsid w:val="0006063C"/>
    <w:rsid w:val="00075BF9"/>
    <w:rsid w:val="0015074B"/>
    <w:rsid w:val="0029639D"/>
    <w:rsid w:val="00326F90"/>
    <w:rsid w:val="007A38D3"/>
    <w:rsid w:val="007D731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B50F362-4EA8-4A20-8640-BED654EB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Powerful Electric of Long Island</cp:lastModifiedBy>
  <cp:revision>2</cp:revision>
  <dcterms:created xsi:type="dcterms:W3CDTF">2013-12-23T23:15:00Z</dcterms:created>
  <dcterms:modified xsi:type="dcterms:W3CDTF">2026-08-29T17:10:00Z</dcterms:modified>
  <cp:category/>
</cp:coreProperties>
</file>